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DMHS GIRLS BASKETBALL BOOSTER CLUB</w:t>
      </w:r>
    </w:p>
    <w:p>
      <w:pPr>
        <w:jc w:val="center"/>
      </w:pPr>
      <w:r>
        <w:rPr>
          <w:b/>
          <w:sz w:val="28"/>
        </w:rPr>
        <w:t>Angel Fund Financial Assistance Application</w:t>
      </w:r>
    </w:p>
    <w:p>
      <w:pPr>
        <w:jc w:val="center"/>
      </w:pPr>
      <w:r>
        <w:rPr>
          <w:i/>
          <w:sz w:val="18"/>
        </w:rPr>
        <w:t>Confidential - For Booster Club Review Only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570"/>
            <w:shd w:fill="EEF3F8"/>
            <w:tcMar>
              <w:top w:w="130" w:type="dxa"/>
              <w:start w:w="140" w:type="dxa"/>
              <w:bottom w:w="130" w:type="dxa"/>
              <w:end w:w="140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Purpose: </w:t>
            </w:r>
            <w:r>
              <w:t>The Angel Fund helps DMHS Girls Basketball families experiencing financial hardship with Booster-supported costs. Assistance may include Booster dues, June Ball participation fees, tournament/event fees, team activities, and other approved Booster opportunities. Requests are confidential and are reviewed based on need and available funds.</w:t>
            </w:r>
          </w:p>
        </w:tc>
      </w:tr>
    </w:tbl>
    <w:p>
      <w:pPr>
        <w:spacing w:after="0"/>
      </w:pPr>
    </w:p>
    <w:p>
      <w:pPr>
        <w:spacing w:before="40" w:after="80"/>
      </w:pPr>
      <w:r>
        <w:rPr>
          <w:b/>
          <w:sz w:val="22"/>
        </w:rPr>
        <w:t>1. FAMILY INFORMATION</w:t>
      </w:r>
    </w:p>
    <w:p>
      <w:pPr>
        <w:spacing w:after="80"/>
      </w:pPr>
      <w:r>
        <w:rPr>
          <w:b/>
        </w:rPr>
        <w:t xml:space="preserve">Parent/Guardian Name: </w:t>
      </w:r>
      <w:r>
        <w:t>____________________________________________________</w:t>
      </w:r>
    </w:p>
    <w:p>
      <w:pPr>
        <w:spacing w:after="80"/>
      </w:pPr>
      <w:r>
        <w:rPr>
          <w:b/>
        </w:rPr>
        <w:t xml:space="preserve">Student-Athlete Name: </w:t>
      </w:r>
      <w:r>
        <w:t>__________________________________________________</w:t>
      </w:r>
    </w:p>
    <w:p>
      <w:pPr>
        <w:spacing w:after="80"/>
      </w:pPr>
      <w:r>
        <w:rPr>
          <w:b/>
        </w:rPr>
        <w:t xml:space="preserve">Email: </w:t>
      </w:r>
      <w:r>
        <w:t>___________________________________</w:t>
      </w:r>
    </w:p>
    <w:p>
      <w:pPr>
        <w:spacing w:after="80"/>
      </w:pPr>
      <w:r>
        <w:rPr>
          <w:b/>
        </w:rPr>
        <w:t xml:space="preserve">Phone: </w:t>
      </w:r>
      <w:r>
        <w:t>_____________________________________</w:t>
      </w:r>
    </w:p>
    <w:p>
      <w:pPr>
        <w:spacing w:before="120" w:after="60"/>
      </w:pPr>
      <w:r>
        <w:rPr>
          <w:b/>
          <w:sz w:val="22"/>
        </w:rPr>
        <w:t>2. ASSISTANCE REQUESTED</w:t>
      </w:r>
    </w:p>
    <w:p>
      <w:pPr>
        <w:spacing w:after="40"/>
        <w:ind w:left="216"/>
      </w:pPr>
      <w:r>
        <w:rPr>
          <w:sz w:val="22"/>
        </w:rPr>
        <w:t xml:space="preserve">☐ </w:t>
      </w:r>
      <w:r>
        <w:t>Regular-season Booster Club dues</w:t>
      </w:r>
    </w:p>
    <w:p>
      <w:pPr>
        <w:spacing w:after="40"/>
        <w:ind w:left="216"/>
      </w:pPr>
      <w:r>
        <w:rPr>
          <w:sz w:val="22"/>
        </w:rPr>
        <w:t xml:space="preserve">☐ </w:t>
      </w:r>
      <w:r>
        <w:t>June Ball participation fee</w:t>
      </w:r>
    </w:p>
    <w:p>
      <w:pPr>
        <w:spacing w:after="40"/>
        <w:ind w:left="216"/>
      </w:pPr>
      <w:r>
        <w:rPr>
          <w:sz w:val="22"/>
        </w:rPr>
        <w:t xml:space="preserve">☐ </w:t>
      </w:r>
      <w:r>
        <w:t>Tournament or event fee</w:t>
      </w:r>
    </w:p>
    <w:p>
      <w:pPr>
        <w:spacing w:after="40"/>
        <w:ind w:left="216"/>
      </w:pPr>
      <w:r>
        <w:rPr>
          <w:sz w:val="22"/>
        </w:rPr>
        <w:t xml:space="preserve">☐ </w:t>
      </w:r>
      <w:r>
        <w:t>Booster-supported team activity</w:t>
      </w:r>
    </w:p>
    <w:p>
      <w:pPr>
        <w:spacing w:after="40"/>
        <w:ind w:left="216"/>
      </w:pPr>
      <w:r>
        <w:rPr>
          <w:sz w:val="22"/>
        </w:rPr>
        <w:t xml:space="preserve">☐ </w:t>
      </w:r>
      <w:r>
        <w:t>Optional Booster merchandise / player benefit</w:t>
      </w:r>
    </w:p>
    <w:p>
      <w:pPr>
        <w:spacing w:after="40"/>
        <w:ind w:left="216"/>
      </w:pPr>
      <w:r>
        <w:rPr>
          <w:sz w:val="22"/>
        </w:rPr>
        <w:t xml:space="preserve">☐ </w:t>
      </w:r>
      <w:r>
        <w:t>Other: ______________________________________________</w:t>
      </w:r>
    </w:p>
    <w:p>
      <w:pPr>
        <w:spacing w:before="80" w:after="60"/>
      </w:pPr>
      <w:r>
        <w:rPr>
          <w:b/>
        </w:rPr>
        <w:t xml:space="preserve">Requested assistance: </w:t>
      </w:r>
      <w:r>
        <w:t>☐ Full amount     ☐ Partial amount     Amount requested (if known): $____________</w:t>
      </w:r>
    </w:p>
    <w:p>
      <w:pPr>
        <w:spacing w:before="120" w:after="60"/>
      </w:pPr>
      <w:r>
        <w:rPr>
          <w:b/>
          <w:sz w:val="22"/>
        </w:rPr>
        <w:t>3. BRIEF HARDSHIP EXPLANATION</w:t>
      </w:r>
    </w:p>
    <w:p>
      <w:pPr>
        <w:spacing w:after="60"/>
      </w:pPr>
      <w:r>
        <w:t>Please briefly explain why assistance would be helpful. Please do not include information you are uncomfortable sharing. Additional documentation is not required unless the review committee requests it privately.</w:t>
      </w:r>
    </w:p>
    <w:p>
      <w:pPr>
        <w:spacing w:after="20"/>
      </w:pPr>
      <w:r>
        <w:t>____________________________________________________________________________________________________________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____________________________________________________________________________________________________________</w:t>
      </w:r>
    </w:p>
    <w:p>
      <w:pPr>
        <w:spacing w:before="120" w:after="60"/>
      </w:pPr>
      <w:r>
        <w:rPr>
          <w:b/>
          <w:sz w:val="22"/>
        </w:rPr>
        <w:t>4. CERTIFICATION AND CONFIDENTIALITY</w:t>
      </w:r>
    </w:p>
    <w:p>
      <w:pPr>
        <w:spacing w:after="60"/>
      </w:pPr>
      <w:r>
        <w:t xml:space="preserve">I understand that: </w:t>
      </w:r>
    </w:p>
    <w:p>
      <w:pPr>
        <w:spacing w:after="20"/>
        <w:ind w:left="288" w:hanging="173"/>
      </w:pPr>
      <w:r>
        <w:t xml:space="preserve">• </w:t>
      </w:r>
      <w:r>
        <w:t>Angel Fund assistance is based on financial need, available funds, and consistent Booster Club criteria.</w:t>
      </w:r>
    </w:p>
    <w:p>
      <w:pPr>
        <w:spacing w:after="20"/>
        <w:ind w:left="288" w:hanging="173"/>
      </w:pPr>
      <w:r>
        <w:t xml:space="preserve">• </w:t>
      </w:r>
      <w:r>
        <w:t>Requesting or receiving assistance will not affect school-team participation, playing time, roster status, coaching decisions, or treatment by the basketball program.</w:t>
      </w:r>
    </w:p>
    <w:p>
      <w:pPr>
        <w:spacing w:after="20"/>
        <w:ind w:left="288" w:hanging="173"/>
      </w:pPr>
      <w:r>
        <w:t xml:space="preserve">• </w:t>
      </w:r>
      <w:r>
        <w:t>My request will be reviewed confidentially by the Booster Club President, Treasurer, and one additional disinterested Board member, except when disclosure is legally required or reasonably necessary to administer assistance.</w:t>
      </w:r>
    </w:p>
    <w:p>
      <w:pPr>
        <w:spacing w:after="20"/>
        <w:ind w:left="288" w:hanging="173"/>
      </w:pPr>
      <w:r>
        <w:t xml:space="preserve">• </w:t>
      </w:r>
      <w:r>
        <w:t>Approval is not guaranteed, and assistance may cover all or only part of the requested amount.</w:t>
      </w:r>
    </w:p>
    <w:p>
      <w:pPr>
        <w:spacing w:after="20"/>
        <w:ind w:left="288" w:hanging="173"/>
      </w:pPr>
      <w:r>
        <w:t xml:space="preserve">• </w:t>
      </w:r>
      <w:r>
        <w:t>The information provided in this application is accurate to the best of my knowledge.</w:t>
      </w:r>
    </w:p>
    <w:p>
      <w:pPr>
        <w:spacing w:before="120" w:after="40"/>
      </w:pPr>
      <w:r>
        <w:rPr>
          <w:b/>
        </w:rPr>
        <w:t xml:space="preserve">Parent/Guardian Signature: </w:t>
      </w:r>
      <w:r>
        <w:t>____________________________________________</w:t>
      </w:r>
      <w:r>
        <w:t xml:space="preserve">   Date: </w:t>
      </w:r>
      <w:r>
        <w:t>______________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570"/>
            <w:shd w:fill="F6F6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center"/>
            </w:pPr>
            <w:r>
              <w:rPr>
                <w:b/>
              </w:rPr>
              <w:t xml:space="preserve">SUBMIT COMPLETED APPLICATION TO: </w:t>
            </w:r>
            <w:r>
              <w:t>desertmountaingirlsbasketball@gmail.com</w:t>
            </w:r>
          </w:p>
          <w:p>
            <w:pPr>
              <w:spacing w:after="0"/>
              <w:jc w:val="center"/>
            </w:pPr>
            <w:r>
              <w:t>Subject line: Angel Fund Application - [Student Last Name]</w:t>
            </w:r>
          </w:p>
        </w:tc>
      </w:tr>
    </w:tbl>
    <w:sectPr w:rsidR="00FC693F" w:rsidRPr="0006063C" w:rsidSect="00034616">
      <w:pgSz w:w="12240" w:h="15840"/>
      <w:pgMar w:top="547" w:right="835" w:bottom="547" w:left="8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